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1702D" w14:textId="77777777" w:rsidR="006F6079" w:rsidRPr="003C62DB" w:rsidRDefault="00C277D9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C62DB">
        <w:rPr>
          <w:rFonts w:ascii="Times New Roman" w:hAnsi="Times New Roman" w:cs="Times New Roman"/>
          <w:b/>
          <w:color w:val="1B365D"/>
          <w:sz w:val="24"/>
          <w:szCs w:val="24"/>
        </w:rPr>
        <w:t>BELEDİYE PROJE KÜNYESİ FORMU</w:t>
      </w:r>
    </w:p>
    <w:p w14:paraId="4F694736" w14:textId="77777777" w:rsidR="006F6079" w:rsidRPr="003C62DB" w:rsidRDefault="00C277D9">
      <w:pPr>
        <w:spacing w:after="36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C62DB">
        <w:rPr>
          <w:rFonts w:ascii="Times New Roman" w:hAnsi="Times New Roman" w:cs="Times New Roman"/>
          <w:color w:val="64748B"/>
          <w:sz w:val="24"/>
          <w:szCs w:val="24"/>
        </w:rPr>
        <w:t>Web Sitesi ve Kamusal Bilgilendirme Proje Özet Kartı</w:t>
      </w:r>
    </w:p>
    <w:tbl>
      <w:tblPr>
        <w:tblW w:w="0" w:type="auto"/>
        <w:jc w:val="center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6F6079" w:rsidRPr="003C62DB" w14:paraId="385111E7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bookmarkEnd w:id="0"/>
          <w:p w14:paraId="14DDCCCB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Proje Adı</w:t>
            </w:r>
          </w:p>
        </w:tc>
        <w:tc>
          <w:tcPr>
            <w:tcW w:w="6480" w:type="dxa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C0649FC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Projenin tam ve resmi adını buraya yazınız...</w:t>
            </w:r>
          </w:p>
        </w:tc>
      </w:tr>
      <w:tr w:rsidR="006F6079" w:rsidRPr="003C62DB" w14:paraId="78A452EC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9289E17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İlgili Müdürlük(ler)</w:t>
            </w:r>
          </w:p>
        </w:tc>
        <w:tc>
          <w:tcPr>
            <w:tcW w:w="6480" w:type="dxa"/>
            <w:shd w:val="clear" w:color="auto" w:fill="F8FAF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645A3A9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Projeyi yürüten veya paydaş müdürlükler (Örn: Fen İşleri </w:t>
            </w:r>
            <w:proofErr w:type="gram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Müd.,</w:t>
            </w:r>
            <w:proofErr w:type="gram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Park ve Bahçeler Müd.)...</w:t>
            </w:r>
          </w:p>
        </w:tc>
      </w:tr>
      <w:tr w:rsidR="006F6079" w:rsidRPr="003C62DB" w14:paraId="134C91CF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30E2158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Proje</w:t>
            </w: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 xml:space="preserve"> Kapsamı</w:t>
            </w:r>
          </w:p>
        </w:tc>
        <w:tc>
          <w:tcPr>
            <w:tcW w:w="6480" w:type="dxa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6021FF50" w14:textId="2323EBB7" w:rsidR="006F6079" w:rsidRPr="003C62DB" w:rsidRDefault="00C277D9">
            <w:pPr>
              <w:spacing w:after="0"/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</w:pP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Projenin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temel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amacı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,</w:t>
            </w:r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yaratılan</w:t>
            </w:r>
            <w:proofErr w:type="spellEnd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sosyal</w:t>
            </w:r>
            <w:proofErr w:type="spellEnd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faydanın</w:t>
            </w:r>
            <w:proofErr w:type="spellEnd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büyüklüğü</w:t>
            </w:r>
            <w:proofErr w:type="spellEnd"/>
            <w:r w:rsidR="003C62DB"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yapılacak</w:t>
            </w:r>
            <w:proofErr w:type="spellEnd"/>
            <w:proofErr w:type="gram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işler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,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fiziki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büyüklüğü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</w:t>
            </w:r>
            <w:proofErr w:type="spellStart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veya</w:t>
            </w:r>
            <w:proofErr w:type="spellEnd"/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 xml:space="preserve"> sağlayacağı faydaların kısa özeti...</w:t>
            </w:r>
          </w:p>
        </w:tc>
      </w:tr>
      <w:tr w:rsidR="006F6079" w:rsidRPr="003C62DB" w14:paraId="5F6505CB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7B825B55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Uygulama Tarihi</w:t>
            </w:r>
          </w:p>
        </w:tc>
        <w:tc>
          <w:tcPr>
            <w:tcW w:w="6480" w:type="dxa"/>
            <w:shd w:val="clear" w:color="auto" w:fill="F8FAFC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2F6C15E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i/>
                <w:color w:val="94A3B8"/>
                <w:sz w:val="24"/>
                <w:szCs w:val="24"/>
              </w:rPr>
              <w:t>Başlangıç - Bitiş Tarihi (Örn: Mart 2026 – Kasım 2026)</w:t>
            </w:r>
          </w:p>
        </w:tc>
      </w:tr>
    </w:tbl>
    <w:p w14:paraId="419C23FF" w14:textId="77777777" w:rsidR="006F6079" w:rsidRPr="003C62DB" w:rsidRDefault="006F6079">
      <w:pPr>
        <w:spacing w:after="480"/>
        <w:rPr>
          <w:rFonts w:ascii="Times New Roman" w:hAnsi="Times New Roman" w:cs="Times New Roman"/>
          <w:sz w:val="24"/>
          <w:szCs w:val="24"/>
        </w:rPr>
      </w:pPr>
    </w:p>
    <w:p w14:paraId="1E1DD304" w14:textId="77777777" w:rsidR="006F6079" w:rsidRPr="003C62DB" w:rsidRDefault="00C277D9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3C62DB">
        <w:rPr>
          <w:rFonts w:ascii="Times New Roman" w:hAnsi="Times New Roman" w:cs="Times New Roman"/>
          <w:b/>
          <w:color w:val="1B365D"/>
          <w:sz w:val="24"/>
          <w:szCs w:val="24"/>
        </w:rPr>
        <w:t>ÖRNEK UYGULAMA (DOLDURULMUŞ FORM)</w:t>
      </w:r>
    </w:p>
    <w:p w14:paraId="79351113" w14:textId="77777777" w:rsidR="006F6079" w:rsidRPr="003C62DB" w:rsidRDefault="00C277D9">
      <w:pPr>
        <w:spacing w:after="280"/>
        <w:rPr>
          <w:rFonts w:ascii="Times New Roman" w:hAnsi="Times New Roman" w:cs="Times New Roman"/>
          <w:sz w:val="24"/>
          <w:szCs w:val="24"/>
        </w:rPr>
      </w:pPr>
      <w:r w:rsidRPr="003C62DB">
        <w:rPr>
          <w:rFonts w:ascii="Times New Roman" w:hAnsi="Times New Roman" w:cs="Times New Roman"/>
          <w:color w:val="64748B"/>
          <w:sz w:val="24"/>
          <w:szCs w:val="24"/>
        </w:rPr>
        <w:t xml:space="preserve">Web </w:t>
      </w:r>
      <w:r w:rsidRPr="003C62DB">
        <w:rPr>
          <w:rFonts w:ascii="Times New Roman" w:hAnsi="Times New Roman" w:cs="Times New Roman"/>
          <w:color w:val="64748B"/>
          <w:sz w:val="24"/>
          <w:szCs w:val="24"/>
        </w:rPr>
        <w:t>sayfasında yayınlanmaya hazır örnek proje künyesi görünümü:</w:t>
      </w:r>
    </w:p>
    <w:tbl>
      <w:tblPr>
        <w:tblW w:w="0" w:type="auto"/>
        <w:jc w:val="center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6F6079" w:rsidRPr="003C62DB" w14:paraId="4AEAADFF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3DCF0D4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Proje Adı</w:t>
            </w:r>
          </w:p>
        </w:tc>
        <w:tc>
          <w:tcPr>
            <w:tcW w:w="6480" w:type="dxa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E0FB049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>Güneş Enerjili Akıllı Park ve Sosyal Yaşam Alanı Projesi</w:t>
            </w:r>
          </w:p>
        </w:tc>
      </w:tr>
      <w:tr w:rsidR="006F6079" w:rsidRPr="003C62DB" w14:paraId="77FF0DF0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821E26F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İlgili Müdürlük(ler)</w:t>
            </w:r>
          </w:p>
        </w:tc>
        <w:tc>
          <w:tcPr>
            <w:tcW w:w="6480" w:type="dxa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6F88B26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>Fen İşleri Müdürlüğü, Park ve Bahçeler Müdürlüğü, İklim Değişikliği ve Sıfır Atık Müdürlüğü</w:t>
            </w:r>
          </w:p>
        </w:tc>
      </w:tr>
      <w:tr w:rsidR="006F6079" w:rsidRPr="003C62DB" w14:paraId="019BE17D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EC6A7ED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Proje Kapsamı</w:t>
            </w:r>
          </w:p>
        </w:tc>
        <w:tc>
          <w:tcPr>
            <w:tcW w:w="6480" w:type="dxa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4F4976C" w14:textId="77777777" w:rsidR="003C62DB" w:rsidRPr="003C62DB" w:rsidRDefault="003C62DB" w:rsidP="003C62DB">
            <w:pPr>
              <w:pStyle w:val="NormalWeb"/>
            </w:pPr>
            <w:r w:rsidRPr="003C62DB">
              <w:t xml:space="preserve">12.000 m² alan üzerinde uygulanan proje kapsamında; 7.500 m² yeşil alan, 650 m yürüyüş ve bisiklet parkuru ile çocuk ergonomisine uygun modern oyun alanları kazandırılmıştır. Tesisin aydınlatma ihtiyacı </w:t>
            </w:r>
            <w:proofErr w:type="gramStart"/>
            <w:r w:rsidRPr="003C62DB">
              <w:t>entegre</w:t>
            </w:r>
            <w:proofErr w:type="gramEnd"/>
            <w:r w:rsidRPr="003C62DB">
              <w:t xml:space="preserve"> solar çatı sistemleriyle karşılanmakta, sulama ve su yönetimi ise yağmur suyu hasadı depolama ünitesiyle sürdürülebilir kılınmaktadır.</w:t>
            </w:r>
          </w:p>
          <w:p w14:paraId="7624ECC3" w14:textId="29043E9B" w:rsidR="003C62DB" w:rsidRPr="003C62DB" w:rsidRDefault="003C62DB" w:rsidP="003C62DB">
            <w:pPr>
              <w:pStyle w:val="NormalWeb"/>
            </w:pPr>
            <w:r w:rsidRPr="003C62DB">
              <w:t>Uygulama ile ebeveynlere yönelik spor donatıları hayata geçirilmiş; alanda artırılan bitki çeşitliliği sayesinde yerel biyoçeşitliliğin korunması ve çevresel farkındalığın geliştirilmesi hedeflenmiştir.</w:t>
            </w:r>
            <w:r w:rsidRPr="003C62DB">
              <w:rPr>
                <w:color w:val="1E293B"/>
              </w:rPr>
              <w:t xml:space="preserve"> </w:t>
            </w:r>
          </w:p>
        </w:tc>
      </w:tr>
      <w:tr w:rsidR="006F6079" w:rsidRPr="003C62DB" w14:paraId="3179B724" w14:textId="77777777">
        <w:trPr>
          <w:jc w:val="center"/>
        </w:trPr>
        <w:tc>
          <w:tcPr>
            <w:tcW w:w="2880" w:type="dxa"/>
            <w:shd w:val="clear" w:color="auto" w:fill="F1F5F9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4263A92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b/>
                <w:color w:val="1B365D"/>
                <w:sz w:val="24"/>
                <w:szCs w:val="24"/>
              </w:rPr>
              <w:t>Uygulama Tarihi</w:t>
            </w:r>
          </w:p>
        </w:tc>
        <w:tc>
          <w:tcPr>
            <w:tcW w:w="6480" w:type="dxa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9A1DBCA" w14:textId="77777777" w:rsidR="006F6079" w:rsidRPr="003C62DB" w:rsidRDefault="00C277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2DB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>Nisan 2026 – Kasım 2026</w:t>
            </w:r>
          </w:p>
        </w:tc>
      </w:tr>
    </w:tbl>
    <w:p w14:paraId="2573A2FE" w14:textId="77777777" w:rsidR="007055FC" w:rsidRPr="003C62DB" w:rsidRDefault="007055FC">
      <w:pPr>
        <w:rPr>
          <w:rFonts w:ascii="Times New Roman" w:hAnsi="Times New Roman" w:cs="Times New Roman"/>
          <w:sz w:val="24"/>
          <w:szCs w:val="24"/>
        </w:rPr>
      </w:pPr>
    </w:p>
    <w:sectPr w:rsidR="007055FC" w:rsidRPr="003C62D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2AB3"/>
    <w:rsid w:val="003C62DB"/>
    <w:rsid w:val="006F6079"/>
    <w:rsid w:val="007055FC"/>
    <w:rsid w:val="00AA1D8D"/>
    <w:rsid w:val="00B47730"/>
    <w:rsid w:val="00C277D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870EF"/>
  <w14:defaultImageDpi w14:val="300"/>
  <w15:docId w15:val="{B559551F-E6F1-4C23-9BA1-71821820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C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4C169C-EBC8-4CAF-9DE0-75C22FB7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İlyas ŞAM</cp:lastModifiedBy>
  <cp:revision>2</cp:revision>
  <dcterms:created xsi:type="dcterms:W3CDTF">2026-11-06T14:23:00Z</dcterms:created>
  <dcterms:modified xsi:type="dcterms:W3CDTF">2026-11-06T14:23:00Z</dcterms:modified>
  <cp:category/>
</cp:coreProperties>
</file>